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İSG EĞİTİM KATILIM VE DEĞERLENDİRME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FU-İSG-EĞ-01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Bu form eğitim konusu, katılımcı, süre, katılım ve ölçme-değerlendirme kayıtlarının tutulması için kullanılır. Eğitim içeriği ve tekrar periyodu güncel mevzuat ve işyerine özel risklerle belirlenmelidir.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Eğitim konusu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Eğitim tarihi / süresi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Eğitimci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Bölüm / işyeri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Eğitim yöntemi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[ ] Teorik  [ ] Uygulamalı  [ ] Uzaktan</w:t>
            </w:r>
          </w:p>
        </w:tc>
      </w:tr>
    </w:tbl>
    <w:p/>
    <w:p>
      <w:pPr>
        <w:pStyle w:val="Heading2"/>
      </w:pPr>
      <w:r>
        <w:t>A. Eğitim kalite kontrolü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Eğitim konusu işyerinin risklerine ve işe özgü olarak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Eğitimci yetkinliği ve eğitim yöntemi uygun mu?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Çalışanlara teorik ve uygulamalı anlatım yapıldı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Çalışanların soruları ve önerileri kaydedildi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Ölçme / değerlendirme yapıldı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Eğitim sonrası davranış ve saha uygulaması izlenecek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Katılımcı listesi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Ad Soyad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Görev / Bölüm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Çalışan no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İmza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Değerlendirme</w:t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9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10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11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12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13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14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15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16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17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18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19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20</w:t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C. Eğitim sonrası notlar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Ölçme sonucu / puan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Saha gözlem tarihi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Gerekli ilave aksiyon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Eğitici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İSG uzmanı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İşveren / vekili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