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KAPALI ALAN GİRİŞ İZİN FORMU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FU-İSG-İZ-03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Oksijen yetersizliği, zehirli gaz, patlama, göçük veya kurtarma riski bulunan kapalı alan girişleri için kritik kontrol formudur.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Kapalı alanın adı / kodu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Giriş amacı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Yetkili girişçiler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Gözcü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Kurtarma sorumlusu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Ölçüm cihazı / kalibrasyon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A. İşe başlamadan önce kontrol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Kapalı alanın sınırları, giriş/çıkış noktaları ve görev tanımı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Enerji, akışkan, gaz ve hareketli ekipman izolasyonu yapıldı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Kurtarma planı, ekipmanı ve yetkin kurtarma ekibi hazır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Dışarıda sürekli gözcü görevlendirildi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Atmosfer ölçümü uygun cihazla yapıldı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Oksijen, LEL ve toksik gaz sonuçları izin sınırları içinde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Haberleşme yöntemi ve acil alarm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Havalandırma ve sürekli/tekrarlı ölçüm düzeni kuruldu mu?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9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Giriş yapan herkes eğitildi ve isimleri kaydedildi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Ölçüm / İzolasyon / Özel koşullar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Sonuç / Değer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Saat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İmza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Enerji izolasyonu / LOTO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Atmosfer ölçümü / ortam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Yangın / kurtarma hazırlığı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KKD ve ekipman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İletişim / gözcü / bariyer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C. İzin verme ve kapatma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İzin veren / alan sorumlusu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 yapan ekip başı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Geçerlilik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Başlangıç: ____:____   Bitiş: ____:____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kontrolü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Alan güvenli teslim edildi / İzin kapatıldı: [  ]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tarihi ve imza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   İmza: ____________________</w:t>
            </w:r>
          </w:p>
        </w:tc>
      </w:tr>
    </w:tbl>
    <w:p/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İşi hazırlayan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İzin veren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Kapatmayı yapan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