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SICAK İŞ İZİN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FU-İSG-İZ-02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Kaynak, kesme, taşlama, lehimleme ve kıvılcım/ısı oluşturan işler için çalışma öncesi ve sonrası yangın güvenliği kontrol formudur.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İşin adı / yeri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Kullanılan ekipman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gözcüsü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İzin başlangıç / bitiş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 sonrası gözetim süresi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söndürücü adedi / tipi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İşe başlamadan önce kontrol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Yanıcı ve patlayıcı malzemeler çalışma alanından uzaklaştırıldı veya korundu mu?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Çevredeki açıklıklar, kanallar ve alt/üst seviyeler kontrol edildi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Yangın söndürücüler hazır ve erişilebilir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Yangın gözcüsü görevlendirildi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Gaz tüpleri, hortumlar, regülatörler ve geri tepme emniyeti kontrol edildi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Kıvılcım sıçrama yönü, bariyer ve perdeleme kontrol edildi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Gaz ölçümü gerekiyorsa ölçüm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İş bitiminde sıcak nokta ve yeniden tutuşma kontrolü planlandı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Ölçüm / İzolasyon / Özel koşullar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Sonuç / Değer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Saat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İmza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Enerji izolasyonu / LOTO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Atmosfer ölçümü / ortam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/ kurtarma hazırlığı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KKD ve ekipman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İletişim / gözcü / bariyer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C. İzin verme ve kapatma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İzin veren / alan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 yapan ekip başı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Geçerlilik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Başlangıç: ____:____   Bitiş: ____:____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kontrolü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Alan güvenli teslim edildi / İzin kapatıldı: [  ]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tarihi ve imza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   İmza: ____________________</w:t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İşi 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İzin veren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Kapatmayı yapan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