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GENEL İŞ İZİN FORMU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FU-İSG-İZ-01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Bu form, rutin dışı veya yüksek riskli işlerde çalışma koşullarının işe başlamadan önce kontrol edilmesi, onaylanması, izlenmesi ve kapatılması için kullanılır.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İşin adı / numarası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İşyeri / bölüm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Yüklenici / ekip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İşin sorumlusu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İşin planlanan tarihi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İlgili izin türleri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[ ] Sıcak iş  [ ] Kapalı alan  [ ] Yüksekte  [ ] Kazı  [ ] Elektrik  [ ] Kaldırma</w:t>
            </w:r>
          </w:p>
        </w:tc>
      </w:tr>
    </w:tbl>
    <w:p/>
    <w:p>
      <w:pPr>
        <w:pStyle w:val="Heading2"/>
      </w:pPr>
      <w:r>
        <w:t>A. İşe başlamadan önce kontrol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İşin kapsamı, yeri, ekip ve çalışma yöntemi açıkça tanımlandı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Risk değerlendirmesi / JSA / yöntem beyanı hazır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Aynı alandaki diğer işler ve etkileşimler değerlendirildi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Yetkin ve eğitimli çalışanlar görevlendirildi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Gerekli KKD, ekipman, bariyer ve uyarı levhaları hazır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Acil durum, kurtarma ve iletişim düzeni belirlendi mi?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İzin süresi ve yenileme şartı belirlendi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Çalışma koşulları değişirse işin durdurulacağı ekibe anlatıldı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Ölçüm / İzolasyon / Özel koşullar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Sonuç / Değer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Saat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İmza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Enerji izolasyonu / LOTO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Atmosfer ölçümü / ortam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Yangın / kurtarma hazırlığı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KKD ve ekipman kontrolü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İletişim / gözcü / bariyer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C. İzin verme ve kapatma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İzin veren / alan sorumlusu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İşi yapan ekip başı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 ____________________  İmza: ____________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Geçerlilik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Başlangıç: ____:____   Bitiş: ____:____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kontrolü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Alan güvenli teslim edildi / İzin kapatıldı: [  ]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Kapatma tarihi ve imza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   İmza: ____________________</w:t>
            </w:r>
          </w:p>
        </w:tc>
      </w:tr>
    </w:tbl>
    <w:p/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İşi hazırlayan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İzin veren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Kapatmayı yapan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