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RİSK DEĞERLENDİRMESİ KONTROL LİSTESİ</w:t>
      </w:r>
    </w:p>
    <w:p>
      <w:pPr>
        <w:jc w:val="center"/>
      </w:pPr>
      <w:r>
        <w:rPr>
          <w:color w:val="687787"/>
          <w:sz w:val="18"/>
        </w:rPr>
        <w:t>Fırat Uçar | İş Sağlığı ve Güvenliği • Revizyon 00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Bu kontrol listesi risk değerlendirmesinin hazırlanması, güncellenmesi ve saha doğrulaması için yardımcı araçtır. Risk değerlendirmesi Yönetmeliği ve işyerine özel koşullar esas alınmalıdır.</w:t>
      </w:r>
    </w:p>
    <w:p>
      <w:pPr>
        <w:pStyle w:val="Heading2"/>
      </w:pPr>
      <w:r>
        <w:t>A. Hazırlık ve kapsam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İşyeri faaliyetleri, bölümler, vardiyalar ve çalışan profili güncel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Asıl iş ve tehlike sınıfı doğru tanımlanmış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Tehlikeler çalışanların katılımıyla ve sahada gözlem yapılarak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Rutin olmayan işler, bakım, temizlik, arıza ve taşeron faaliyetleri değerlendirildi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Analiz ve kontrol tedbirleri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Riskler tutarlı bir yöntemle analiz ve önceliklendirildi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Kontrol hiyerarşisi (ortadan kaldırma, ikame, mühendislik, idari, KKD) uygulandı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Kritik riskler için sorumlu, termin, kaynak ve kapanış kanıtı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Çalışanlar ve çalışan temsilcileri sonuçlar hakkında bilgilendirildi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C. Güncelleme ve doğrulama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Yeni ekipman, proses, kimyasal veya organizasyon değişiklikleri işlendi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Kaza, meslek hastalığı ve ramak kala kayıtları değerlendirmeye alındı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Ölçüm ve analiz sonuçları (gürültü, toz, kimyasal, termal vb.) kullanıldı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durumlar, yangın, patlama, doğal afet ve tahliye riskleri değerlendirildi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Risk değerlendirmesi revizyon tarihi ve revizyon nedeni kayıtlı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Aksiyonların etkinliği sahada doğrulandı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 eden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Onaylayan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